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3372FF" w14:textId="77777777" w:rsidR="004D66D7" w:rsidRDefault="00A1629C">
      <w:pPr>
        <w:pStyle w:val="Titolo1"/>
      </w:pPr>
      <w:r>
        <w:t>ALLEGATO A - MANIFESTAZIONE DI INTERESSE E OFFERTA ECONOMICA</w:t>
      </w:r>
    </w:p>
    <w:p w14:paraId="0A8633DC" w14:textId="77777777" w:rsidR="00A1629C" w:rsidRDefault="00A1629C" w:rsidP="00A1629C"/>
    <w:p w14:paraId="27E63009" w14:textId="77777777" w:rsidR="00A1629C" w:rsidRPr="00A1629C" w:rsidRDefault="00A1629C" w:rsidP="00A1629C">
      <w:pPr>
        <w:pStyle w:val="Titolo1"/>
        <w:ind w:left="5040"/>
        <w:jc w:val="both"/>
        <w:rPr>
          <w:rFonts w:asciiTheme="minorHAnsi" w:hAnsiTheme="minorHAnsi"/>
          <w:b w:val="0"/>
          <w:color w:val="auto"/>
          <w:sz w:val="22"/>
          <w:szCs w:val="22"/>
        </w:rPr>
      </w:pPr>
      <w:bookmarkStart w:id="0" w:name="_GoBack"/>
      <w:bookmarkEnd w:id="0"/>
      <w:proofErr w:type="spellStart"/>
      <w:r w:rsidRPr="00A1629C">
        <w:rPr>
          <w:rFonts w:asciiTheme="minorHAnsi" w:hAnsiTheme="minorHAnsi"/>
          <w:b w:val="0"/>
          <w:color w:val="auto"/>
          <w:sz w:val="22"/>
          <w:szCs w:val="22"/>
        </w:rPr>
        <w:t>Spett.le</w:t>
      </w:r>
      <w:proofErr w:type="spellEnd"/>
      <w:r w:rsidRPr="00A1629C">
        <w:rPr>
          <w:rFonts w:asciiTheme="minorHAnsi" w:hAnsiTheme="minorHAnsi"/>
          <w:b w:val="0"/>
          <w:color w:val="auto"/>
          <w:sz w:val="22"/>
          <w:szCs w:val="22"/>
        </w:rPr>
        <w:t xml:space="preserve"> COMUNE DI STREVI</w:t>
      </w:r>
    </w:p>
    <w:p w14:paraId="7DA13D2F" w14:textId="77777777" w:rsidR="00A1629C" w:rsidRDefault="00A1629C" w:rsidP="00A1629C">
      <w:r>
        <w:br/>
      </w:r>
      <w:r>
        <w:br/>
      </w:r>
      <w:r>
        <w:br/>
        <w:t xml:space="preserve">OGGETTO: </w:t>
      </w:r>
      <w:proofErr w:type="spellStart"/>
      <w:r>
        <w:t>Manifestazione</w:t>
      </w:r>
      <w:proofErr w:type="spellEnd"/>
      <w:r>
        <w:t xml:space="preserve"> di </w:t>
      </w:r>
      <w:proofErr w:type="spellStart"/>
      <w:r>
        <w:t>interesse</w:t>
      </w:r>
      <w:proofErr w:type="spellEnd"/>
      <w:r>
        <w:t xml:space="preserve"> per l'esecuzione di interventi di </w:t>
      </w:r>
      <w:proofErr w:type="spellStart"/>
      <w:r>
        <w:t>taglio</w:t>
      </w:r>
      <w:proofErr w:type="spellEnd"/>
      <w:r>
        <w:t xml:space="preserve"> </w:t>
      </w:r>
      <w:proofErr w:type="spellStart"/>
      <w:proofErr w:type="gramStart"/>
      <w:r>
        <w:t>della</w:t>
      </w:r>
      <w:proofErr w:type="spellEnd"/>
      <w:proofErr w:type="gramEnd"/>
      <w:r>
        <w:t xml:space="preserve"> </w:t>
      </w:r>
      <w:proofErr w:type="spellStart"/>
      <w:r>
        <w:t>vegetazione</w:t>
      </w:r>
      <w:proofErr w:type="spellEnd"/>
      <w:r>
        <w:t xml:space="preserve"> </w:t>
      </w:r>
      <w:proofErr w:type="spellStart"/>
      <w:r>
        <w:t>erbacea</w:t>
      </w:r>
      <w:proofErr w:type="spellEnd"/>
      <w:r>
        <w:t xml:space="preserve"> </w:t>
      </w:r>
      <w:proofErr w:type="spellStart"/>
      <w:r>
        <w:t>su</w:t>
      </w:r>
      <w:proofErr w:type="spellEnd"/>
      <w:r>
        <w:t xml:space="preserve"> </w:t>
      </w:r>
      <w:proofErr w:type="spellStart"/>
      <w:r>
        <w:t>aree</w:t>
      </w:r>
      <w:proofErr w:type="spellEnd"/>
      <w:r>
        <w:t xml:space="preserve"> </w:t>
      </w:r>
      <w:proofErr w:type="spellStart"/>
      <w:r>
        <w:t>comunali</w:t>
      </w:r>
      <w:proofErr w:type="spellEnd"/>
      <w:r>
        <w:t xml:space="preserve"> a elevata pendenza.</w:t>
      </w:r>
      <w:r>
        <w:br/>
      </w:r>
      <w:r>
        <w:br/>
        <w:t xml:space="preserve">Il/La </w:t>
      </w:r>
      <w:proofErr w:type="spellStart"/>
      <w:r>
        <w:t>sottoscritto</w:t>
      </w:r>
      <w:proofErr w:type="spellEnd"/>
      <w:r>
        <w:t xml:space="preserve">/a </w:t>
      </w:r>
      <w:r>
        <w:t>___________________________________________</w:t>
      </w:r>
      <w:r>
        <w:br/>
      </w:r>
      <w:r>
        <w:br/>
        <w:t xml:space="preserve">in </w:t>
      </w:r>
      <w:proofErr w:type="spellStart"/>
      <w:r>
        <w:t>qualità</w:t>
      </w:r>
      <w:proofErr w:type="spellEnd"/>
      <w:r>
        <w:t xml:space="preserve"> di ________________________________________________</w:t>
      </w:r>
      <w:r>
        <w:br/>
      </w:r>
      <w:r>
        <w:br/>
      </w:r>
      <w:proofErr w:type="spellStart"/>
      <w:r>
        <w:t>della</w:t>
      </w:r>
      <w:proofErr w:type="spellEnd"/>
      <w:r>
        <w:t xml:space="preserve"> </w:t>
      </w:r>
      <w:proofErr w:type="spellStart"/>
      <w:r>
        <w:t>Ditta</w:t>
      </w:r>
      <w:proofErr w:type="spellEnd"/>
      <w:r>
        <w:t xml:space="preserve"> _________________________________________________</w:t>
      </w:r>
      <w:r>
        <w:br/>
      </w:r>
      <w:r>
        <w:br/>
        <w:t xml:space="preserve">con </w:t>
      </w:r>
      <w:proofErr w:type="spellStart"/>
      <w:r>
        <w:t>sede</w:t>
      </w:r>
      <w:proofErr w:type="spellEnd"/>
      <w:r>
        <w:t xml:space="preserve"> in ________________________________________________</w:t>
      </w:r>
      <w:r>
        <w:br/>
      </w:r>
      <w:r>
        <w:br/>
      </w:r>
      <w:proofErr w:type="spellStart"/>
      <w:r>
        <w:t>Codice</w:t>
      </w:r>
      <w:proofErr w:type="spellEnd"/>
      <w:r>
        <w:t xml:space="preserve"> </w:t>
      </w:r>
      <w:proofErr w:type="spellStart"/>
      <w:r>
        <w:t>Fiscale</w:t>
      </w:r>
      <w:proofErr w:type="spellEnd"/>
      <w:r>
        <w:t xml:space="preserve"> _______</w:t>
      </w:r>
      <w:r>
        <w:t>______________________________________</w:t>
      </w:r>
      <w:r>
        <w:br/>
      </w:r>
      <w:r>
        <w:br/>
        <w:t>Partita IVA ________________________________________________</w:t>
      </w:r>
      <w:r>
        <w:br/>
      </w:r>
      <w:r>
        <w:br/>
      </w:r>
      <w:proofErr w:type="spellStart"/>
      <w:r>
        <w:t>Telefono</w:t>
      </w:r>
      <w:proofErr w:type="spellEnd"/>
      <w:r>
        <w:t xml:space="preserve"> _________________________________________________</w:t>
      </w:r>
      <w:r>
        <w:br/>
      </w:r>
      <w:r>
        <w:br/>
        <w:t>PEC ______________________________________________________</w:t>
      </w:r>
      <w:r>
        <w:br/>
      </w:r>
      <w:r>
        <w:br/>
        <w:t>e-mail ___________________________</w:t>
      </w:r>
      <w:r>
        <w:t>_________________________</w:t>
      </w:r>
      <w:r>
        <w:br/>
      </w:r>
      <w:r>
        <w:br/>
        <w:t xml:space="preserve">                                                                             </w:t>
      </w:r>
      <w:r>
        <w:t>MANIFESTA</w:t>
      </w:r>
      <w:r>
        <w:br/>
      </w:r>
      <w:r>
        <w:br/>
        <w:t xml:space="preserve">il </w:t>
      </w:r>
      <w:proofErr w:type="spellStart"/>
      <w:r>
        <w:t>proprio</w:t>
      </w:r>
      <w:proofErr w:type="spellEnd"/>
      <w:r>
        <w:t xml:space="preserve"> </w:t>
      </w:r>
      <w:proofErr w:type="spellStart"/>
      <w:r>
        <w:t>interesse</w:t>
      </w:r>
      <w:proofErr w:type="spellEnd"/>
      <w:r>
        <w:t xml:space="preserve"> all'esecuzione degli interventi di taglio della vegetazione erbacea su </w:t>
      </w:r>
      <w:proofErr w:type="gramStart"/>
      <w:r>
        <w:t>aree</w:t>
      </w:r>
      <w:proofErr w:type="gramEnd"/>
      <w:r>
        <w:t xml:space="preserve"> comunali a elevata pendenza.</w:t>
      </w:r>
      <w:r>
        <w:br/>
      </w:r>
      <w:r>
        <w:br/>
        <w:t xml:space="preserve">                                                                             </w:t>
      </w:r>
      <w:r>
        <w:t>DICHIARA</w:t>
      </w:r>
      <w:r>
        <w:br/>
      </w:r>
      <w:r>
        <w:br/>
        <w:t>□ di aver effettuato il sopralluogo obbligatorio previsto dall'avviso;</w:t>
      </w:r>
      <w:r>
        <w:br/>
      </w:r>
      <w:r>
        <w:br/>
        <w:t>□ di aver</w:t>
      </w:r>
      <w:r>
        <w:t xml:space="preserve"> preso visione dei luoghi e delle condizioni operative;</w:t>
      </w:r>
      <w:r>
        <w:br/>
      </w:r>
      <w:r>
        <w:br/>
        <w:t>□ di possedere adeguata organizzazione, personale e attrezzature;</w:t>
      </w:r>
      <w:r>
        <w:br/>
      </w:r>
      <w:r>
        <w:br/>
      </w:r>
      <w:r>
        <w:lastRenderedPageBreak/>
        <w:t>□ di essere disponibile all'esecuzione degli interventi richiesti;</w:t>
      </w:r>
      <w:r>
        <w:br/>
      </w:r>
      <w:r>
        <w:br/>
        <w:t>□ di essere disponibile ad effettuare n. 2/3 interventi annuali.</w:t>
      </w:r>
      <w:r>
        <w:br/>
      </w:r>
      <w:r>
        <w:br/>
        <w:t>OFFERTA ECONOMICA</w:t>
      </w:r>
      <w:r>
        <w:br/>
      </w:r>
      <w:r>
        <w:br/>
        <w:t>Importo richiesto per l'esecuzione di un singolo intervento di taglio dell'intera superficie</w:t>
      </w:r>
      <w:proofErr w:type="gramStart"/>
      <w:r>
        <w:t>:</w:t>
      </w:r>
      <w:proofErr w:type="gramEnd"/>
      <w:r>
        <w:br/>
      </w:r>
      <w:r>
        <w:br/>
        <w:t>Euro ______________________________ oltre IVA di legge</w:t>
      </w:r>
      <w:r>
        <w:br/>
      </w:r>
      <w:r>
        <w:br/>
        <w:t>(in lettere ________________________________________________)</w:t>
      </w:r>
      <w:r>
        <w:br/>
      </w:r>
      <w:r>
        <w:br/>
        <w:t>L'importo è comprensi</w:t>
      </w:r>
      <w:r>
        <w:t xml:space="preserve">vo di manodopera, attrezzature, dispositivi di protezione, oneri di sicurezza, trasporto e </w:t>
      </w:r>
      <w:proofErr w:type="spellStart"/>
      <w:r>
        <w:t>ogni</w:t>
      </w:r>
      <w:proofErr w:type="spellEnd"/>
      <w:r>
        <w:t xml:space="preserve"> </w:t>
      </w:r>
      <w:proofErr w:type="spellStart"/>
      <w:r>
        <w:t>altro</w:t>
      </w:r>
      <w:proofErr w:type="spellEnd"/>
      <w:r>
        <w:t xml:space="preserve"> </w:t>
      </w:r>
      <w:proofErr w:type="spellStart"/>
      <w:r>
        <w:t>onere</w:t>
      </w:r>
      <w:proofErr w:type="spellEnd"/>
      <w:r>
        <w:t xml:space="preserve"> </w:t>
      </w:r>
      <w:proofErr w:type="spellStart"/>
      <w:r>
        <w:t>necessario</w:t>
      </w:r>
      <w:proofErr w:type="spellEnd"/>
      <w:r>
        <w:t>.</w:t>
      </w:r>
    </w:p>
    <w:p w14:paraId="1D8643D1" w14:textId="77777777" w:rsidR="00A1629C" w:rsidRDefault="00A1629C" w:rsidP="00A1629C"/>
    <w:p w14:paraId="32CF7708" w14:textId="2DB540DE" w:rsidR="004D66D7" w:rsidRDefault="00A1629C" w:rsidP="00A1629C">
      <w:r>
        <w:br/>
      </w:r>
      <w:r>
        <w:br/>
        <w:t>Luogo e data ______________________________</w:t>
      </w:r>
      <w:r>
        <w:br/>
      </w:r>
      <w:r>
        <w:br/>
        <w:t>Timbro e firma</w:t>
      </w:r>
      <w:r>
        <w:br/>
      </w:r>
      <w:r>
        <w:br/>
        <w:t>__________________________________________</w:t>
      </w:r>
      <w:r>
        <w:br/>
      </w:r>
    </w:p>
    <w:sectPr w:rsidR="004D66D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D66D7"/>
    <w:rsid w:val="00722C76"/>
    <w:rsid w:val="00A1629C"/>
    <w:rsid w:val="00AA1D8D"/>
    <w:rsid w:val="00B47730"/>
    <w:rsid w:val="00CB0664"/>
    <w:rsid w:val="00E3212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57AF53"/>
  <w14:defaultImageDpi w14:val="300"/>
  <w15:docId w15:val="{4CCB0EC5-9398-4FF7-82FC-0CF3EFC8C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04E0A0-332E-4342-991C-6D37A1F42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1913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Irene</cp:lastModifiedBy>
  <cp:revision>2</cp:revision>
  <dcterms:created xsi:type="dcterms:W3CDTF">2026-06-13T10:34:00Z</dcterms:created>
  <dcterms:modified xsi:type="dcterms:W3CDTF">2026-06-13T10:34:00Z</dcterms:modified>
  <cp:category/>
</cp:coreProperties>
</file>